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A27C" w14:textId="62B2F403" w:rsidR="00A24001" w:rsidRPr="00E90A4F" w:rsidRDefault="007F0747" w:rsidP="00DE3257">
      <w:r>
        <w:rPr>
          <w:noProof/>
        </w:rPr>
        <w:drawing>
          <wp:inline distT="0" distB="0" distL="0" distR="0" wp14:anchorId="6515B0AE" wp14:editId="64333C31">
            <wp:extent cx="6332220" cy="2033270"/>
            <wp:effectExtent l="0" t="0" r="0" b="5080"/>
            <wp:docPr id="1449104018" name="Picture 1" descr="Shaping Suffolk Together header - logo with pictures of Suffolk and the five district council  log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04018" name="Picture 1" descr="Shaping Suffolk Together header - logo with pictures of Suffolk and the five district council  logo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56CA9" w14:textId="77777777" w:rsidR="00BA422C" w:rsidRDefault="00BA422C" w:rsidP="00DE3257"/>
    <w:p w14:paraId="2456C6AB" w14:textId="28BCC8F0" w:rsidR="00A24001" w:rsidRPr="005C0304" w:rsidRDefault="00A24001" w:rsidP="005C0304">
      <w:pPr>
        <w:pStyle w:val="Heading1"/>
      </w:pPr>
      <w:r w:rsidRPr="005C0304">
        <w:t>Shaping Suffolk Together</w:t>
      </w:r>
    </w:p>
    <w:p w14:paraId="5D417E7C" w14:textId="77777777" w:rsidR="00BA422C" w:rsidRDefault="00BA422C" w:rsidP="00DE3257"/>
    <w:p w14:paraId="54C1DB7F" w14:textId="1C4103D9" w:rsidR="00480A5D" w:rsidRPr="00A8649A" w:rsidRDefault="005E79C7" w:rsidP="00DE3257">
      <w:pPr>
        <w:pStyle w:val="Heading2"/>
      </w:pPr>
      <w:r w:rsidRPr="00A8649A">
        <w:t>Local Government Reorganisation – Easy Read</w:t>
      </w:r>
    </w:p>
    <w:p w14:paraId="35E9886C" w14:textId="77777777" w:rsidR="00BA422C" w:rsidRDefault="00BA422C" w:rsidP="00DE3257"/>
    <w:p w14:paraId="2C0E8B81" w14:textId="349E3F27" w:rsidR="00480A5D" w:rsidRPr="00DE3257" w:rsidRDefault="005E79C7" w:rsidP="00DE3257">
      <w:pPr>
        <w:pStyle w:val="Heading3"/>
      </w:pPr>
      <w:r w:rsidRPr="00DE3257">
        <w:t>What is happening?</w:t>
      </w:r>
    </w:p>
    <w:p w14:paraId="5A2CDFED" w14:textId="6B40F6AD" w:rsidR="00BA422C" w:rsidRDefault="00BA422C" w:rsidP="00BA422C">
      <w:pPr>
        <w:rPr>
          <w:rFonts w:ascii="Verdana Pro" w:hAnsi="Verdana Pro"/>
          <w:szCs w:val="28"/>
        </w:rPr>
      </w:pPr>
    </w:p>
    <w:p w14:paraId="450AA1B7" w14:textId="4B4FA138" w:rsidR="00480A5D" w:rsidRPr="00DE3257" w:rsidRDefault="005E79C7" w:rsidP="00BA422C">
      <w:pPr>
        <w:rPr>
          <w:szCs w:val="28"/>
        </w:rPr>
      </w:pPr>
      <w:r w:rsidRPr="00DE3257">
        <w:rPr>
          <w:szCs w:val="28"/>
        </w:rPr>
        <w:t>The Government wants to change how councils work in England.</w:t>
      </w:r>
    </w:p>
    <w:p w14:paraId="758587CF" w14:textId="0568BCFA" w:rsidR="00BA422C" w:rsidRDefault="00BA422C" w:rsidP="00DE3257"/>
    <w:p w14:paraId="43EAB8C1" w14:textId="4AC65BFD" w:rsidR="00480A5D" w:rsidRPr="00E90A4F" w:rsidRDefault="005E79C7" w:rsidP="00DE3257">
      <w:pPr>
        <w:pStyle w:val="Heading3"/>
      </w:pPr>
      <w:r w:rsidRPr="00E90A4F">
        <w:t>Councils now</w:t>
      </w:r>
    </w:p>
    <w:p w14:paraId="16AD6D58" w14:textId="69D5734F" w:rsidR="00BA422C" w:rsidRDefault="00BA422C" w:rsidP="00BA422C">
      <w:pPr>
        <w:rPr>
          <w:rFonts w:ascii="Verdana Pro" w:hAnsi="Verdana Pro"/>
          <w:szCs w:val="28"/>
        </w:rPr>
      </w:pPr>
    </w:p>
    <w:p w14:paraId="42ADC345" w14:textId="493BA253" w:rsidR="00A61836" w:rsidRDefault="005E79C7" w:rsidP="00BA422C">
      <w:pPr>
        <w:rPr>
          <w:sz w:val="22"/>
          <w:szCs w:val="28"/>
        </w:rPr>
      </w:pPr>
      <w:r w:rsidRPr="00DE3257">
        <w:rPr>
          <w:szCs w:val="28"/>
        </w:rPr>
        <w:t>In some places, there are two types of councils:</w:t>
      </w:r>
    </w:p>
    <w:p w14:paraId="749F047C" w14:textId="77777777" w:rsidR="00FB0F83" w:rsidRPr="00DE3257" w:rsidRDefault="00FB0F83" w:rsidP="00BA422C">
      <w:pPr>
        <w:rPr>
          <w:szCs w:val="28"/>
        </w:rPr>
      </w:pPr>
    </w:p>
    <w:p w14:paraId="41D5F3A7" w14:textId="409075C2" w:rsidR="00A61836" w:rsidRPr="00DE3257" w:rsidRDefault="005C0304" w:rsidP="00DE3257">
      <w:pPr>
        <w:pStyle w:val="ListParagraph"/>
        <w:numPr>
          <w:ilvl w:val="0"/>
          <w:numId w:val="11"/>
        </w:numPr>
        <w:ind w:left="567" w:hanging="567"/>
        <w:rPr>
          <w:szCs w:val="28"/>
        </w:rPr>
      </w:pPr>
      <w:r>
        <w:rPr>
          <w:szCs w:val="28"/>
        </w:rPr>
        <w:t>d</w:t>
      </w:r>
      <w:r w:rsidR="005E79C7" w:rsidRPr="00DE3257">
        <w:rPr>
          <w:szCs w:val="28"/>
        </w:rPr>
        <w:t xml:space="preserve">istrict </w:t>
      </w:r>
      <w:r w:rsidR="00FB0F83">
        <w:rPr>
          <w:szCs w:val="28"/>
        </w:rPr>
        <w:t>c</w:t>
      </w:r>
      <w:r w:rsidR="005E79C7" w:rsidRPr="00DE3257">
        <w:rPr>
          <w:szCs w:val="28"/>
        </w:rPr>
        <w:t xml:space="preserve">ouncils – look after </w:t>
      </w:r>
      <w:r w:rsidR="00A61836" w:rsidRPr="00DE3257">
        <w:rPr>
          <w:szCs w:val="28"/>
        </w:rPr>
        <w:t xml:space="preserve">things like </w:t>
      </w:r>
      <w:r w:rsidR="005E79C7" w:rsidRPr="00DE3257">
        <w:rPr>
          <w:szCs w:val="28"/>
        </w:rPr>
        <w:t>parks,</w:t>
      </w:r>
      <w:r w:rsidR="00BE4195">
        <w:rPr>
          <w:szCs w:val="28"/>
        </w:rPr>
        <w:t xml:space="preserve"> bins</w:t>
      </w:r>
      <w:r w:rsidR="00207A75">
        <w:rPr>
          <w:szCs w:val="28"/>
        </w:rPr>
        <w:t>,</w:t>
      </w:r>
      <w:r w:rsidR="005E79C7" w:rsidRPr="00DE3257">
        <w:rPr>
          <w:szCs w:val="28"/>
        </w:rPr>
        <w:t xml:space="preserve"> housing, and food safety</w:t>
      </w:r>
    </w:p>
    <w:p w14:paraId="7F1D82AB" w14:textId="77777777" w:rsidR="00FB0F83" w:rsidRDefault="00FB0F83" w:rsidP="00DE3257"/>
    <w:p w14:paraId="55DB1A92" w14:textId="3DE021EE" w:rsidR="005C0304" w:rsidRDefault="000F5636" w:rsidP="00FB0F83">
      <w:r>
        <w:rPr>
          <w:noProof/>
        </w:rPr>
        <w:drawing>
          <wp:inline distT="0" distB="0" distL="0" distR="0" wp14:anchorId="196B2A8B" wp14:editId="164EADBD">
            <wp:extent cx="2669112" cy="2665563"/>
            <wp:effectExtent l="0" t="0" r="0" b="1905"/>
            <wp:docPr id="1047952487" name="Picture 2" descr="Image showing two waste operatives pushing bins, in front of a bin lorry in the road outside some hou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952487" name="Picture 2" descr="Image showing two waste operatives pushing bins, in front of a bin lorry in the road outside some houses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814" cy="2720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4F9B">
        <w:rPr>
          <w:rStyle w:val="EndnoteReference"/>
        </w:rPr>
        <w:endnoteReference w:id="1"/>
      </w:r>
    </w:p>
    <w:p w14:paraId="204D368C" w14:textId="438AD601" w:rsidR="00A61836" w:rsidRPr="00DE3257" w:rsidRDefault="005C0304" w:rsidP="00DE3257">
      <w:pPr>
        <w:pStyle w:val="ListParagraph"/>
        <w:numPr>
          <w:ilvl w:val="0"/>
          <w:numId w:val="11"/>
        </w:numPr>
        <w:ind w:left="567" w:hanging="567"/>
        <w:rPr>
          <w:szCs w:val="28"/>
        </w:rPr>
      </w:pPr>
      <w:r w:rsidRPr="00DE3257">
        <w:rPr>
          <w:szCs w:val="28"/>
        </w:rPr>
        <w:lastRenderedPageBreak/>
        <w:t>c</w:t>
      </w:r>
      <w:r w:rsidR="005E79C7" w:rsidRPr="00DE3257">
        <w:rPr>
          <w:szCs w:val="28"/>
        </w:rPr>
        <w:t xml:space="preserve">ounty </w:t>
      </w:r>
      <w:r w:rsidRPr="00DE3257">
        <w:rPr>
          <w:szCs w:val="28"/>
        </w:rPr>
        <w:t>c</w:t>
      </w:r>
      <w:r w:rsidR="005E79C7" w:rsidRPr="00DE3257">
        <w:rPr>
          <w:szCs w:val="28"/>
        </w:rPr>
        <w:t xml:space="preserve">ouncils – look after </w:t>
      </w:r>
      <w:r w:rsidR="00A61836" w:rsidRPr="00DE3257">
        <w:rPr>
          <w:szCs w:val="28"/>
        </w:rPr>
        <w:t xml:space="preserve">things like </w:t>
      </w:r>
      <w:r w:rsidR="00824538" w:rsidRPr="00DE3257">
        <w:rPr>
          <w:szCs w:val="28"/>
        </w:rPr>
        <w:t xml:space="preserve">schools, </w:t>
      </w:r>
      <w:r w:rsidR="005E79C7" w:rsidRPr="00DE3257">
        <w:rPr>
          <w:szCs w:val="28"/>
        </w:rPr>
        <w:t>roads and help people who need extra care.</w:t>
      </w:r>
    </w:p>
    <w:p w14:paraId="02EB34EE" w14:textId="788664DD" w:rsidR="00087C1D" w:rsidRDefault="00087C1D" w:rsidP="00087C1D">
      <w:pPr>
        <w:rPr>
          <w:rFonts w:ascii="Verdana Pro" w:hAnsi="Verdana Pro"/>
          <w:szCs w:val="28"/>
        </w:rPr>
      </w:pPr>
    </w:p>
    <w:p w14:paraId="018C1021" w14:textId="08505A1E" w:rsidR="00087C1D" w:rsidRDefault="000F5636" w:rsidP="00087C1D">
      <w:pPr>
        <w:rPr>
          <w:rFonts w:ascii="Verdana Pro" w:hAnsi="Verdana Pro"/>
          <w:szCs w:val="28"/>
        </w:rPr>
      </w:pPr>
      <w:r>
        <w:rPr>
          <w:rFonts w:ascii="Verdana Pro" w:hAnsi="Verdana Pro"/>
          <w:noProof/>
          <w:szCs w:val="28"/>
        </w:rPr>
        <w:drawing>
          <wp:inline distT="0" distB="0" distL="0" distR="0" wp14:anchorId="111335E5" wp14:editId="5D15E9DC">
            <wp:extent cx="3165475" cy="2110317"/>
            <wp:effectExtent l="0" t="0" r="0" b="4445"/>
            <wp:docPr id="682032550" name="Picture 3" descr="Image of workmen carrying out roadworks in front of a school and a care ho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32550" name="Picture 3" descr="Image of workmen carrying out roadworks in front of a school and a care hom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351" cy="2128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7F7B3A" w14:textId="3F0F29A6" w:rsidR="000F5636" w:rsidRDefault="000F5636" w:rsidP="00BA422C">
      <w:pPr>
        <w:rPr>
          <w:rFonts w:ascii="Verdana Pro" w:hAnsi="Verdana Pro"/>
          <w:szCs w:val="28"/>
        </w:rPr>
      </w:pPr>
    </w:p>
    <w:p w14:paraId="79E3F7BB" w14:textId="147ED1A8" w:rsidR="00A61836" w:rsidRDefault="005E79C7" w:rsidP="00BA422C">
      <w:pPr>
        <w:rPr>
          <w:rFonts w:ascii="Verdana Pro" w:hAnsi="Verdana Pro"/>
          <w:szCs w:val="28"/>
        </w:rPr>
      </w:pPr>
      <w:r w:rsidRPr="00E90A4F">
        <w:rPr>
          <w:rFonts w:ascii="Verdana Pro" w:hAnsi="Verdana Pro"/>
          <w:szCs w:val="28"/>
        </w:rPr>
        <w:t>In Suffolk:</w:t>
      </w:r>
    </w:p>
    <w:p w14:paraId="78282DEC" w14:textId="77777777" w:rsidR="005C0304" w:rsidRPr="00E90A4F" w:rsidRDefault="005C0304" w:rsidP="00BA422C">
      <w:pPr>
        <w:rPr>
          <w:rFonts w:ascii="Verdana Pro" w:hAnsi="Verdana Pro"/>
          <w:szCs w:val="28"/>
        </w:rPr>
      </w:pPr>
    </w:p>
    <w:p w14:paraId="64E36A43" w14:textId="101553D3" w:rsidR="00A61836" w:rsidRDefault="005C0304" w:rsidP="005C0304">
      <w:pPr>
        <w:pStyle w:val="ListParagraph"/>
        <w:numPr>
          <w:ilvl w:val="0"/>
          <w:numId w:val="12"/>
        </w:numPr>
        <w:ind w:left="567" w:hanging="567"/>
        <w:rPr>
          <w:rFonts w:ascii="Verdana Pro" w:hAnsi="Verdana Pro"/>
          <w:szCs w:val="28"/>
        </w:rPr>
      </w:pPr>
      <w:r>
        <w:rPr>
          <w:rFonts w:ascii="Verdana Pro" w:hAnsi="Verdana Pro"/>
          <w:szCs w:val="28"/>
        </w:rPr>
        <w:t>d</w:t>
      </w:r>
      <w:r w:rsidR="005E79C7" w:rsidRPr="00E90A4F">
        <w:rPr>
          <w:rFonts w:ascii="Verdana Pro" w:hAnsi="Verdana Pro"/>
          <w:szCs w:val="28"/>
        </w:rPr>
        <w:t xml:space="preserve">istrict </w:t>
      </w:r>
      <w:r>
        <w:rPr>
          <w:rFonts w:ascii="Verdana Pro" w:hAnsi="Verdana Pro"/>
          <w:szCs w:val="28"/>
        </w:rPr>
        <w:t>c</w:t>
      </w:r>
      <w:r w:rsidR="005E79C7" w:rsidRPr="00E90A4F">
        <w:rPr>
          <w:rFonts w:ascii="Verdana Pro" w:hAnsi="Verdana Pro"/>
          <w:szCs w:val="28"/>
        </w:rPr>
        <w:t>ouncils cover areas like Ipswich or West Suffolk</w:t>
      </w:r>
    </w:p>
    <w:p w14:paraId="550FFFB4" w14:textId="77777777" w:rsidR="007F0747" w:rsidRDefault="007F0747" w:rsidP="00DE3257">
      <w:pPr>
        <w:pStyle w:val="ListParagraph"/>
        <w:ind w:left="567"/>
        <w:rPr>
          <w:rFonts w:ascii="Verdana Pro" w:hAnsi="Verdana Pro"/>
          <w:szCs w:val="28"/>
        </w:rPr>
      </w:pPr>
    </w:p>
    <w:p w14:paraId="2AD3D495" w14:textId="23142EC2" w:rsidR="00A8649A" w:rsidRDefault="007F0747" w:rsidP="00A8649A">
      <w:pPr>
        <w:rPr>
          <w:rFonts w:ascii="Verdana Pro" w:hAnsi="Verdana Pro"/>
          <w:szCs w:val="28"/>
        </w:rPr>
      </w:pPr>
      <w:r>
        <w:rPr>
          <w:noProof/>
        </w:rPr>
        <w:drawing>
          <wp:inline distT="0" distB="0" distL="0" distR="0" wp14:anchorId="58527E33" wp14:editId="585732DA">
            <wp:extent cx="3165602" cy="2079428"/>
            <wp:effectExtent l="0" t="0" r="0" b="0"/>
            <wp:docPr id="1405733923" name="Picture 1" descr="A map of Suffolk with green lines showing the five district council are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33923" name="Picture 1" descr="A map of Suffolk with green lines showing the five district council areas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7" t="6404" b="10045"/>
                    <a:stretch/>
                  </pic:blipFill>
                  <pic:spPr bwMode="auto">
                    <a:xfrm>
                      <a:off x="0" y="0"/>
                      <a:ext cx="3267750" cy="214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EDBF6" w14:textId="77777777" w:rsidR="007F0747" w:rsidRPr="00DE3257" w:rsidRDefault="007F0747" w:rsidP="00DE3257">
      <w:pPr>
        <w:rPr>
          <w:rFonts w:ascii="Verdana Pro" w:hAnsi="Verdana Pro"/>
          <w:szCs w:val="28"/>
        </w:rPr>
      </w:pPr>
    </w:p>
    <w:p w14:paraId="1EBEA4B3" w14:textId="76CA9E44" w:rsidR="00480A5D" w:rsidRDefault="005E79C7" w:rsidP="005C0304">
      <w:pPr>
        <w:pStyle w:val="ListParagraph"/>
        <w:numPr>
          <w:ilvl w:val="0"/>
          <w:numId w:val="12"/>
        </w:numPr>
        <w:ind w:left="567" w:hanging="567"/>
        <w:rPr>
          <w:rFonts w:ascii="Verdana Pro" w:hAnsi="Verdana Pro"/>
          <w:szCs w:val="28"/>
        </w:rPr>
      </w:pPr>
      <w:r w:rsidRPr="00E90A4F">
        <w:rPr>
          <w:rFonts w:ascii="Verdana Pro" w:hAnsi="Verdana Pro"/>
          <w:szCs w:val="28"/>
        </w:rPr>
        <w:t>Suffolk County Council covers the whole county.</w:t>
      </w:r>
    </w:p>
    <w:p w14:paraId="6D9B37AA" w14:textId="7D9DAA44" w:rsidR="005C0304" w:rsidRPr="00DE3257" w:rsidRDefault="005C0304" w:rsidP="00DE3257">
      <w:pPr>
        <w:rPr>
          <w:rFonts w:ascii="Verdana Pro" w:hAnsi="Verdana Pro"/>
          <w:szCs w:val="28"/>
        </w:rPr>
      </w:pPr>
    </w:p>
    <w:p w14:paraId="7E3DD3AA" w14:textId="1DDC067B" w:rsidR="00A8649A" w:rsidRDefault="00A8649A" w:rsidP="00422C1E">
      <w:r w:rsidRPr="00A8649A">
        <w:t xml:space="preserve"> </w:t>
      </w:r>
      <w:r w:rsidR="001B4BC3" w:rsidRPr="001B4BC3">
        <w:rPr>
          <w:noProof/>
        </w:rPr>
        <w:drawing>
          <wp:inline distT="0" distB="0" distL="0" distR="0" wp14:anchorId="01D67775" wp14:editId="27477777">
            <wp:extent cx="3129783" cy="2124756"/>
            <wp:effectExtent l="0" t="0" r="0" b="8890"/>
            <wp:docPr id="1949678952" name="Picture 1" descr="A map of Suffolk - showing the area covered by Suffolk County Counc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78952" name="Picture 1" descr="A map of Suffolk - showing the area covered by Suffolk County Council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1856" cy="218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2C11FAD" w14:textId="16F2DE10" w:rsidR="00480A5D" w:rsidRPr="00A8649A" w:rsidRDefault="005E79C7" w:rsidP="00DE3257">
      <w:pPr>
        <w:pStyle w:val="Heading3"/>
      </w:pPr>
      <w:r w:rsidRPr="00A8649A">
        <w:lastRenderedPageBreak/>
        <w:t>What might change?</w:t>
      </w:r>
    </w:p>
    <w:p w14:paraId="7958E433" w14:textId="77777777" w:rsidR="00BA422C" w:rsidRDefault="00BA422C" w:rsidP="005C0304"/>
    <w:p w14:paraId="36EE2A80" w14:textId="6DF55F60" w:rsidR="00E90A4F" w:rsidRDefault="005E79C7" w:rsidP="005C0304">
      <w:r w:rsidRPr="00E90A4F">
        <w:t>The Government wants just one council in each area. This is called a unitary council.</w:t>
      </w:r>
    </w:p>
    <w:p w14:paraId="30EC53B1" w14:textId="77777777" w:rsidR="007F0747" w:rsidRDefault="007F0747" w:rsidP="005C0304"/>
    <w:p w14:paraId="4E4C9B94" w14:textId="2B1A4895" w:rsidR="005C0304" w:rsidRDefault="007F0747" w:rsidP="005C0304">
      <w:r w:rsidRPr="00E90A4F">
        <w:t>A unitary council would do all the jobs that district and county councils do now.</w:t>
      </w:r>
    </w:p>
    <w:p w14:paraId="40723697" w14:textId="77777777" w:rsidR="007F0747" w:rsidRDefault="007F0747" w:rsidP="005C0304"/>
    <w:p w14:paraId="548D6944" w14:textId="77777777" w:rsidR="00A8649A" w:rsidRDefault="00824538" w:rsidP="00BA422C">
      <w:r>
        <w:rPr>
          <w:noProof/>
        </w:rPr>
        <w:drawing>
          <wp:inline distT="0" distB="0" distL="0" distR="0" wp14:anchorId="79071B18" wp14:editId="38B28C8F">
            <wp:extent cx="2865749" cy="2865749"/>
            <wp:effectExtent l="0" t="0" r="0" b="0"/>
            <wp:docPr id="1442507104" name="Picture 1" descr="Image showing a large, modern  building labelled 'Unitary Council' at the front. The building is surrounded by various symbols and icons representing the many jobs it does: a waste truck (waste management), a school (education), a police badge (public safety), a stethoscope (public health), a house (housing services), a tree (parks and recreation), a bus (public transport), and a document with a tick (administration and permits). The scene is bright and welcoming, with people walking around and engaging with the servic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507104" name="Picture 1" descr="Image showing a large, modern  building labelled 'Unitary Council' at the front. The building is surrounded by various symbols and icons representing the many jobs it does: a waste truck (waste management), a school (education), a police badge (public safety), a stethoscope (public health), a house (housing services), a tree (parks and recreation), a bus (public transport), and a document with a tick (administration and permits). The scene is bright and welcoming, with people walking around and engaging with the services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99" cy="288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CFDE4" w14:textId="77777777" w:rsidR="00824538" w:rsidRDefault="00824538" w:rsidP="00824538"/>
    <w:p w14:paraId="2080C7C2" w14:textId="76226F00" w:rsidR="007F0747" w:rsidRDefault="007F0747">
      <w:pPr>
        <w:spacing w:after="200" w:line="276" w:lineRule="auto"/>
        <w:rPr>
          <w:rFonts w:eastAsiaTheme="majorEastAsia" w:cstheme="majorBidi"/>
          <w:b/>
          <w:bCs/>
          <w:sz w:val="32"/>
        </w:rPr>
      </w:pPr>
      <w:r>
        <w:br w:type="page"/>
      </w:r>
    </w:p>
    <w:p w14:paraId="243D239E" w14:textId="2AD24672" w:rsidR="00480A5D" w:rsidRPr="00E90A4F" w:rsidRDefault="005E79C7" w:rsidP="00DE3257">
      <w:pPr>
        <w:pStyle w:val="Heading3"/>
      </w:pPr>
      <w:r w:rsidRPr="00E90A4F">
        <w:lastRenderedPageBreak/>
        <w:t>What are people saying?</w:t>
      </w:r>
    </w:p>
    <w:p w14:paraId="4B3C5985" w14:textId="77777777" w:rsidR="00BA422C" w:rsidRDefault="00BA422C" w:rsidP="00422C1E"/>
    <w:p w14:paraId="3E3D76DA" w14:textId="71C91BCC" w:rsidR="00E90A4F" w:rsidRPr="00E90A4F" w:rsidRDefault="005E79C7" w:rsidP="00422C1E">
      <w:r w:rsidRPr="00E90A4F">
        <w:t>Councillors in Suffolk are thinking about:</w:t>
      </w:r>
    </w:p>
    <w:p w14:paraId="724C9B1E" w14:textId="77777777" w:rsidR="00EE6914" w:rsidRDefault="00EE6914" w:rsidP="00DE3257"/>
    <w:p w14:paraId="17E204A0" w14:textId="74ECD4E7" w:rsidR="00E90A4F" w:rsidRDefault="00422C1E" w:rsidP="00DE3257">
      <w:pPr>
        <w:pStyle w:val="ListParagraph"/>
        <w:numPr>
          <w:ilvl w:val="0"/>
          <w:numId w:val="15"/>
        </w:numPr>
        <w:ind w:left="567" w:hanging="567"/>
      </w:pPr>
      <w:r>
        <w:t>h</w:t>
      </w:r>
      <w:r w:rsidR="005E79C7" w:rsidRPr="00E90A4F">
        <w:t>aving one big council for all of Suffolk</w:t>
      </w:r>
      <w:r>
        <w:t>, or</w:t>
      </w:r>
    </w:p>
    <w:p w14:paraId="6A74C928" w14:textId="77777777" w:rsidR="00422C1E" w:rsidRDefault="00422C1E" w:rsidP="00DE3257">
      <w:pPr>
        <w:ind w:left="567" w:hanging="567"/>
      </w:pPr>
    </w:p>
    <w:p w14:paraId="1B265527" w14:textId="0B37DD8F" w:rsidR="00E90A4F" w:rsidRDefault="005E79C7" w:rsidP="00DE3257">
      <w:pPr>
        <w:pStyle w:val="ListParagraph"/>
        <w:numPr>
          <w:ilvl w:val="0"/>
          <w:numId w:val="15"/>
        </w:numPr>
        <w:ind w:left="567" w:hanging="567"/>
      </w:pPr>
      <w:r w:rsidRPr="00E90A4F">
        <w:t>having</w:t>
      </w:r>
      <w:r w:rsidR="0066775A">
        <w:t xml:space="preserve"> </w:t>
      </w:r>
      <w:r w:rsidRPr="00E90A4F">
        <w:t>three smaller councils.</w:t>
      </w:r>
    </w:p>
    <w:p w14:paraId="3D322706" w14:textId="77777777" w:rsidR="00E90A4F" w:rsidRDefault="00E90A4F" w:rsidP="00DE3257"/>
    <w:p w14:paraId="3B73A949" w14:textId="24136AC5" w:rsidR="00EE6914" w:rsidRDefault="005E79C7" w:rsidP="00422C1E">
      <w:r w:rsidRPr="00E90A4F">
        <w:t>They will send their ideas to the Government in September 2025.</w:t>
      </w:r>
    </w:p>
    <w:p w14:paraId="62FBE449" w14:textId="77777777" w:rsidR="00422C1E" w:rsidRDefault="00422C1E" w:rsidP="00422C1E"/>
    <w:p w14:paraId="588C261C" w14:textId="5DC72256" w:rsidR="00480A5D" w:rsidRDefault="00824538" w:rsidP="00DE3257">
      <w:r w:rsidRPr="00E90A4F">
        <w:rPr>
          <w:noProof/>
        </w:rPr>
        <w:drawing>
          <wp:inline distT="0" distB="0" distL="0" distR="0" wp14:anchorId="63729886" wp14:editId="0AC74018">
            <wp:extent cx="2389517" cy="2389517"/>
            <wp:effectExtent l="0" t="0" r="0" b="0"/>
            <wp:docPr id="471217683" name="Picture 1" descr="Image showing people discussing and voting on different council options, with speech bubbles and voting sli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17683" name="Picture 1" descr="Image showing people discussing and voting on different council options, with speech bubbles and voting slips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208" cy="241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AFC63" w14:textId="77777777" w:rsidR="0066775A" w:rsidRDefault="0066775A" w:rsidP="00DE3257"/>
    <w:p w14:paraId="15C45D76" w14:textId="36184C6B" w:rsidR="0066775A" w:rsidRDefault="0066775A" w:rsidP="0066775A">
      <w:r w:rsidRPr="00E90A4F">
        <w:t>Th</w:t>
      </w:r>
      <w:r>
        <w:t>ree smaller councils would cover the areas in this map:</w:t>
      </w:r>
    </w:p>
    <w:p w14:paraId="5BEBD794" w14:textId="77777777" w:rsidR="0066775A" w:rsidRDefault="0066775A" w:rsidP="0066775A"/>
    <w:p w14:paraId="6196EEE3" w14:textId="730DB3E5" w:rsidR="0066775A" w:rsidRDefault="0066775A" w:rsidP="0066775A">
      <w:r>
        <w:rPr>
          <w:noProof/>
        </w:rPr>
        <w:drawing>
          <wp:inline distT="0" distB="0" distL="0" distR="0" wp14:anchorId="5A97FE76" wp14:editId="78A835B3">
            <wp:extent cx="4556018" cy="3221247"/>
            <wp:effectExtent l="0" t="0" r="0" b="0"/>
            <wp:docPr id="1600341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710" cy="3228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D6B25" w14:textId="77777777" w:rsidR="0066775A" w:rsidRPr="00E90A4F" w:rsidRDefault="0066775A" w:rsidP="00DE3257"/>
    <w:p w14:paraId="7850CC92" w14:textId="77777777" w:rsidR="0066775A" w:rsidRDefault="0066775A" w:rsidP="00422C1E">
      <w:pPr>
        <w:sectPr w:rsidR="0066775A" w:rsidSect="00DE3257">
          <w:footerReference w:type="default" r:id="rId16"/>
          <w:pgSz w:w="12240" w:h="15840"/>
          <w:pgMar w:top="1134" w:right="1134" w:bottom="709" w:left="1134" w:header="720" w:footer="480" w:gutter="0"/>
          <w:cols w:space="720"/>
          <w:docGrid w:linePitch="360"/>
        </w:sectPr>
      </w:pPr>
    </w:p>
    <w:p w14:paraId="0F318D49" w14:textId="77777777" w:rsidR="00824538" w:rsidRPr="00824538" w:rsidRDefault="00824538" w:rsidP="00422C1E"/>
    <w:p w14:paraId="139EE57A" w14:textId="6ED2AB7D" w:rsidR="00480A5D" w:rsidRPr="00E90A4F" w:rsidRDefault="005E79C7" w:rsidP="00DE3257">
      <w:pPr>
        <w:pStyle w:val="Heading3"/>
      </w:pPr>
      <w:r w:rsidRPr="00E90A4F">
        <w:t>What happens next?</w:t>
      </w:r>
    </w:p>
    <w:p w14:paraId="5409412C" w14:textId="680633F7" w:rsidR="00EE6914" w:rsidRDefault="00EE6914" w:rsidP="00422C1E"/>
    <w:p w14:paraId="05FE4F35" w14:textId="005BE378" w:rsidR="00E90A4F" w:rsidRDefault="005E79C7" w:rsidP="00422C1E">
      <w:r w:rsidRPr="00E90A4F">
        <w:t>The Government will decide what to do.</w:t>
      </w:r>
    </w:p>
    <w:p w14:paraId="25125181" w14:textId="53102C0E" w:rsidR="00EE6914" w:rsidRDefault="00EE6914" w:rsidP="00422C1E"/>
    <w:p w14:paraId="51D642F9" w14:textId="02161AE4" w:rsidR="00480A5D" w:rsidRDefault="005E79C7" w:rsidP="00422C1E">
      <w:r w:rsidRPr="00E90A4F">
        <w:t>The new councils will start in 2027 or 2028.</w:t>
      </w:r>
    </w:p>
    <w:p w14:paraId="0D23E41E" w14:textId="77777777" w:rsidR="00E90A4F" w:rsidRPr="00E90A4F" w:rsidRDefault="00E90A4F" w:rsidP="00422C1E"/>
    <w:p w14:paraId="23D43981" w14:textId="22C08EDE" w:rsidR="00480A5D" w:rsidRPr="00E90A4F" w:rsidRDefault="005E79C7" w:rsidP="00DE3257">
      <w:pPr>
        <w:pStyle w:val="Heading3"/>
      </w:pPr>
      <w:r w:rsidRPr="00E90A4F">
        <w:t>What do the district councils think?</w:t>
      </w:r>
    </w:p>
    <w:p w14:paraId="4B17E55F" w14:textId="77777777" w:rsidR="00EE6914" w:rsidRDefault="00EE6914" w:rsidP="00422C1E"/>
    <w:p w14:paraId="536E7EE1" w14:textId="77777777" w:rsidR="007F0747" w:rsidRDefault="005E79C7" w:rsidP="00422C1E">
      <w:r w:rsidRPr="00E90A4F">
        <w:t>They think having three smaller councils would be better because:</w:t>
      </w:r>
    </w:p>
    <w:p w14:paraId="693E8440" w14:textId="3B7D2CBC" w:rsidR="00E90A4F" w:rsidRDefault="00E90A4F" w:rsidP="00422C1E"/>
    <w:p w14:paraId="1653F946" w14:textId="299382DB" w:rsidR="00E90A4F" w:rsidRDefault="00E90A4F" w:rsidP="00422C1E">
      <w:pPr>
        <w:pStyle w:val="ListParagraph"/>
        <w:numPr>
          <w:ilvl w:val="0"/>
          <w:numId w:val="16"/>
        </w:numPr>
        <w:ind w:left="567" w:hanging="567"/>
      </w:pPr>
      <w:r>
        <w:t>The people working for the council would know more about the local area</w:t>
      </w:r>
    </w:p>
    <w:p w14:paraId="37DE69E2" w14:textId="77777777" w:rsidR="00422C1E" w:rsidRDefault="00422C1E" w:rsidP="00DE3257">
      <w:pPr>
        <w:pStyle w:val="ListParagraph"/>
        <w:ind w:left="567"/>
      </w:pPr>
    </w:p>
    <w:p w14:paraId="75362217" w14:textId="77777777" w:rsidR="00422C1E" w:rsidRDefault="005E79C7" w:rsidP="00DE3257">
      <w:pPr>
        <w:pStyle w:val="ListParagraph"/>
        <w:numPr>
          <w:ilvl w:val="0"/>
          <w:numId w:val="16"/>
        </w:numPr>
        <w:ind w:left="567" w:hanging="567"/>
      </w:pPr>
      <w:r w:rsidRPr="00E90A4F">
        <w:t>It would be easier for people to have a say in decisions.</w:t>
      </w:r>
    </w:p>
    <w:p w14:paraId="1FAEC4AF" w14:textId="4C2A0CED" w:rsidR="00480A5D" w:rsidRPr="00E90A4F" w:rsidRDefault="00480A5D" w:rsidP="00DE3257"/>
    <w:p w14:paraId="0EBC379B" w14:textId="77777777" w:rsidR="00480A5D" w:rsidRPr="00E90A4F" w:rsidRDefault="005E79C7" w:rsidP="00DE3257">
      <w:pPr>
        <w:pStyle w:val="Heading3"/>
      </w:pPr>
      <w:r w:rsidRPr="00E90A4F">
        <w:t>What can you do?</w:t>
      </w:r>
    </w:p>
    <w:p w14:paraId="6BD5B2B6" w14:textId="77777777" w:rsidR="00EE6914" w:rsidRDefault="00EE6914" w:rsidP="00422C1E"/>
    <w:p w14:paraId="312E0BE6" w14:textId="77777777" w:rsidR="00422C1E" w:rsidRDefault="005E79C7" w:rsidP="00422C1E">
      <w:r w:rsidRPr="00E90A4F">
        <w:t>You can share your views!</w:t>
      </w:r>
    </w:p>
    <w:p w14:paraId="708DF836" w14:textId="77777777" w:rsidR="00422C1E" w:rsidRDefault="00422C1E" w:rsidP="00422C1E"/>
    <w:p w14:paraId="5FE965F3" w14:textId="043EB7C5" w:rsidR="007F0747" w:rsidRDefault="005E79C7" w:rsidP="00422C1E">
      <w:r w:rsidRPr="00E90A4F">
        <w:t>Call the Customer Services Team at your district council and ask to speak to the Policy Team about Local Government Reorganisation.</w:t>
      </w:r>
    </w:p>
    <w:p w14:paraId="19C80A2D" w14:textId="751CA19B" w:rsidR="00EE6914" w:rsidRDefault="00EE6914" w:rsidP="00422C1E"/>
    <w:p w14:paraId="65ADFA77" w14:textId="6670BB7B" w:rsidR="00480A5D" w:rsidRPr="00E90A4F" w:rsidRDefault="00A24001" w:rsidP="00DE3257">
      <w:pPr>
        <w:rPr>
          <w:szCs w:val="28"/>
        </w:rPr>
      </w:pPr>
      <w:r w:rsidRPr="00E90A4F">
        <w:rPr>
          <w:noProof/>
          <w:szCs w:val="28"/>
        </w:rPr>
        <w:drawing>
          <wp:inline distT="0" distB="0" distL="0" distR="0" wp14:anchorId="460CA7EB" wp14:editId="2AC79912">
            <wp:extent cx="3016577" cy="3016577"/>
            <wp:effectExtent l="0" t="0" r="0" b="0"/>
            <wp:docPr id="1179085633" name="Picture 2" descr="Image showing a person on the phone talking to a council worker, with a friendly and helpful atmosphe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085633" name="Picture 2" descr="Image showing a person on the phone talking to a council worker, with a friendly and helpful atmospher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72" cy="303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A5D" w:rsidRPr="00E90A4F" w:rsidSect="00DE3257">
      <w:pgSz w:w="12240" w:h="15840"/>
      <w:pgMar w:top="1134" w:right="1134" w:bottom="709" w:left="1134" w:header="72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8D983" w14:textId="77777777" w:rsidR="00422C1E" w:rsidRDefault="00422C1E" w:rsidP="00422C1E">
      <w:r>
        <w:separator/>
      </w:r>
    </w:p>
  </w:endnote>
  <w:endnote w:type="continuationSeparator" w:id="0">
    <w:p w14:paraId="683F7334" w14:textId="77777777" w:rsidR="00422C1E" w:rsidRDefault="00422C1E" w:rsidP="00422C1E">
      <w:r>
        <w:continuationSeparator/>
      </w:r>
    </w:p>
  </w:endnote>
  <w:endnote w:id="1">
    <w:p w14:paraId="5A826D98" w14:textId="0E860FD7" w:rsidR="00714F9B" w:rsidRPr="00714F9B" w:rsidRDefault="00714F9B">
      <w:pPr>
        <w:pStyle w:val="EndnoteText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GB"/>
        </w:rPr>
        <w:t>Some images generated by artificial intelligence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514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276700" w14:textId="2178C963" w:rsidR="00422C1E" w:rsidRDefault="00422C1E" w:rsidP="00DE3257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89860" w14:textId="77777777" w:rsidR="00422C1E" w:rsidRDefault="00422C1E" w:rsidP="00422C1E">
      <w:r>
        <w:separator/>
      </w:r>
    </w:p>
  </w:footnote>
  <w:footnote w:type="continuationSeparator" w:id="0">
    <w:p w14:paraId="29FDBE67" w14:textId="77777777" w:rsidR="00422C1E" w:rsidRDefault="00422C1E" w:rsidP="00422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AD40E5"/>
    <w:multiLevelType w:val="hybridMultilevel"/>
    <w:tmpl w:val="981CF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4660"/>
    <w:multiLevelType w:val="hybridMultilevel"/>
    <w:tmpl w:val="16924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439F9"/>
    <w:multiLevelType w:val="hybridMultilevel"/>
    <w:tmpl w:val="79645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B2AA0"/>
    <w:multiLevelType w:val="hybridMultilevel"/>
    <w:tmpl w:val="DAC0A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8212E"/>
    <w:multiLevelType w:val="hybridMultilevel"/>
    <w:tmpl w:val="3C0CF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0B1DBD"/>
    <w:multiLevelType w:val="hybridMultilevel"/>
    <w:tmpl w:val="DD1AC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70EA2"/>
    <w:multiLevelType w:val="hybridMultilevel"/>
    <w:tmpl w:val="3954C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873902">
    <w:abstractNumId w:val="8"/>
  </w:num>
  <w:num w:numId="2" w16cid:durableId="1386099528">
    <w:abstractNumId w:val="6"/>
  </w:num>
  <w:num w:numId="3" w16cid:durableId="1197155039">
    <w:abstractNumId w:val="5"/>
  </w:num>
  <w:num w:numId="4" w16cid:durableId="932082773">
    <w:abstractNumId w:val="4"/>
  </w:num>
  <w:num w:numId="5" w16cid:durableId="337999460">
    <w:abstractNumId w:val="7"/>
  </w:num>
  <w:num w:numId="6" w16cid:durableId="844903120">
    <w:abstractNumId w:val="3"/>
  </w:num>
  <w:num w:numId="7" w16cid:durableId="1000697094">
    <w:abstractNumId w:val="2"/>
  </w:num>
  <w:num w:numId="8" w16cid:durableId="1297487580">
    <w:abstractNumId w:val="1"/>
  </w:num>
  <w:num w:numId="9" w16cid:durableId="2097164618">
    <w:abstractNumId w:val="0"/>
  </w:num>
  <w:num w:numId="10" w16cid:durableId="1197081311">
    <w:abstractNumId w:val="13"/>
  </w:num>
  <w:num w:numId="11" w16cid:durableId="1715150955">
    <w:abstractNumId w:val="14"/>
  </w:num>
  <w:num w:numId="12" w16cid:durableId="1479688427">
    <w:abstractNumId w:val="11"/>
  </w:num>
  <w:num w:numId="13" w16cid:durableId="796990300">
    <w:abstractNumId w:val="12"/>
  </w:num>
  <w:num w:numId="14" w16cid:durableId="482234695">
    <w:abstractNumId w:val="15"/>
  </w:num>
  <w:num w:numId="15" w16cid:durableId="837039087">
    <w:abstractNumId w:val="9"/>
  </w:num>
  <w:num w:numId="16" w16cid:durableId="12319631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C1D"/>
    <w:rsid w:val="000D260B"/>
    <w:rsid w:val="000D6377"/>
    <w:rsid w:val="000F5636"/>
    <w:rsid w:val="0015074B"/>
    <w:rsid w:val="001621CA"/>
    <w:rsid w:val="001B4BC3"/>
    <w:rsid w:val="00207A75"/>
    <w:rsid w:val="0029639D"/>
    <w:rsid w:val="002A56B3"/>
    <w:rsid w:val="002F1DB7"/>
    <w:rsid w:val="00326F90"/>
    <w:rsid w:val="0037771B"/>
    <w:rsid w:val="003C14CA"/>
    <w:rsid w:val="00422C1E"/>
    <w:rsid w:val="00467F34"/>
    <w:rsid w:val="00480A5D"/>
    <w:rsid w:val="00543297"/>
    <w:rsid w:val="005C0304"/>
    <w:rsid w:val="005D5FB3"/>
    <w:rsid w:val="005E79C7"/>
    <w:rsid w:val="00613662"/>
    <w:rsid w:val="006357FD"/>
    <w:rsid w:val="00661322"/>
    <w:rsid w:val="0066775A"/>
    <w:rsid w:val="00714F9B"/>
    <w:rsid w:val="007F0747"/>
    <w:rsid w:val="00824538"/>
    <w:rsid w:val="00877E36"/>
    <w:rsid w:val="008846C5"/>
    <w:rsid w:val="009541AD"/>
    <w:rsid w:val="00A24001"/>
    <w:rsid w:val="00A61836"/>
    <w:rsid w:val="00A8649A"/>
    <w:rsid w:val="00A96325"/>
    <w:rsid w:val="00AA1D8D"/>
    <w:rsid w:val="00AA3960"/>
    <w:rsid w:val="00B47730"/>
    <w:rsid w:val="00BA422C"/>
    <w:rsid w:val="00BD72F8"/>
    <w:rsid w:val="00BE4195"/>
    <w:rsid w:val="00CB0664"/>
    <w:rsid w:val="00D75FB3"/>
    <w:rsid w:val="00D8304F"/>
    <w:rsid w:val="00D84781"/>
    <w:rsid w:val="00DD646B"/>
    <w:rsid w:val="00DE3257"/>
    <w:rsid w:val="00DE4635"/>
    <w:rsid w:val="00DE578C"/>
    <w:rsid w:val="00E10F13"/>
    <w:rsid w:val="00E1759E"/>
    <w:rsid w:val="00E90A4F"/>
    <w:rsid w:val="00EE6914"/>
    <w:rsid w:val="00F60D35"/>
    <w:rsid w:val="00FB0F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474BF62"/>
  <w14:defaultImageDpi w14:val="300"/>
  <w15:docId w15:val="{0CD900EB-B43A-49BC-B172-ED0A2DE9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F83"/>
    <w:pPr>
      <w:spacing w:after="0" w:line="240" w:lineRule="auto"/>
    </w:pPr>
    <w:rPr>
      <w:rFonts w:ascii="Verdana" w:hAnsi="Verdana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49A"/>
    <w:pPr>
      <w:keepNext/>
      <w:keepLines/>
      <w:outlineLvl w:val="0"/>
    </w:pPr>
    <w:rPr>
      <w:rFonts w:eastAsiaTheme="majorEastAsia" w:cstheme="majorBidi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649A"/>
    <w:pPr>
      <w:keepNext/>
      <w:keepLines/>
      <w:outlineLvl w:val="1"/>
    </w:pPr>
    <w:rPr>
      <w:rFonts w:eastAsiaTheme="majorEastAsia" w:cstheme="majorBidi"/>
      <w:b/>
      <w:bCs/>
      <w:sz w:val="38"/>
      <w:szCs w:val="3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649A"/>
    <w:pPr>
      <w:keepNext/>
      <w:keepLines/>
      <w:outlineLvl w:val="2"/>
    </w:pPr>
    <w:rPr>
      <w:rFonts w:eastAsiaTheme="majorEastAsia" w:cstheme="majorBidi"/>
      <w:b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8649A"/>
    <w:rPr>
      <w:rFonts w:ascii="Verdana" w:eastAsiaTheme="majorEastAsia" w:hAnsi="Verdana" w:cstheme="majorBidi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8649A"/>
    <w:rPr>
      <w:rFonts w:ascii="Verdana" w:eastAsiaTheme="majorEastAsia" w:hAnsi="Verdana" w:cstheme="majorBidi"/>
      <w:b/>
      <w:bCs/>
      <w:sz w:val="38"/>
      <w:szCs w:val="38"/>
    </w:rPr>
  </w:style>
  <w:style w:type="character" w:customStyle="1" w:styleId="Heading3Char">
    <w:name w:val="Heading 3 Char"/>
    <w:basedOn w:val="DefaultParagraphFont"/>
    <w:link w:val="Heading3"/>
    <w:uiPriority w:val="9"/>
    <w:rsid w:val="00A8649A"/>
    <w:rPr>
      <w:rFonts w:ascii="Verdana" w:eastAsiaTheme="majorEastAsia" w:hAnsi="Verdana" w:cstheme="majorBidi"/>
      <w:b/>
      <w:bCs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FB0F8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C0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03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0304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304"/>
    <w:rPr>
      <w:rFonts w:ascii="Verdana" w:hAnsi="Verdana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4F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4F9B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4F9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14F9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14F9B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14F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Barnard, Liz</cp:lastModifiedBy>
  <cp:revision>3</cp:revision>
  <dcterms:created xsi:type="dcterms:W3CDTF">2025-08-14T09:28:00Z</dcterms:created>
  <dcterms:modified xsi:type="dcterms:W3CDTF">2025-08-14T11:26:00Z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af04b3-17ee-45cc-bee7-5aaedfc712ea_Enabled">
    <vt:lpwstr>true</vt:lpwstr>
  </property>
  <property fmtid="{D5CDD505-2E9C-101B-9397-08002B2CF9AE}" pid="3" name="MSIP_Label_faaf04b3-17ee-45cc-bee7-5aaedfc712ea_SetDate">
    <vt:lpwstr>2025-07-09T13:49:46Z</vt:lpwstr>
  </property>
  <property fmtid="{D5CDD505-2E9C-101B-9397-08002B2CF9AE}" pid="4" name="MSIP_Label_faaf04b3-17ee-45cc-bee7-5aaedfc712ea_Method">
    <vt:lpwstr>Standard</vt:lpwstr>
  </property>
  <property fmtid="{D5CDD505-2E9C-101B-9397-08002B2CF9AE}" pid="5" name="MSIP_Label_faaf04b3-17ee-45cc-bee7-5aaedfc712ea_Name">
    <vt:lpwstr>[UNMARKED]</vt:lpwstr>
  </property>
  <property fmtid="{D5CDD505-2E9C-101B-9397-08002B2CF9AE}" pid="6" name="MSIP_Label_faaf04b3-17ee-45cc-bee7-5aaedfc712ea_SiteId">
    <vt:lpwstr>44abcddb-9c11-4bdf-a5b3-99418b946f11</vt:lpwstr>
  </property>
  <property fmtid="{D5CDD505-2E9C-101B-9397-08002B2CF9AE}" pid="7" name="MSIP_Label_faaf04b3-17ee-45cc-bee7-5aaedfc712ea_ActionId">
    <vt:lpwstr>873c0c01-00fa-44cc-a618-84fe5dbfd9b3</vt:lpwstr>
  </property>
  <property fmtid="{D5CDD505-2E9C-101B-9397-08002B2CF9AE}" pid="8" name="MSIP_Label_faaf04b3-17ee-45cc-bee7-5aaedfc712ea_ContentBits">
    <vt:lpwstr>0</vt:lpwstr>
  </property>
  <property fmtid="{D5CDD505-2E9C-101B-9397-08002B2CF9AE}" pid="9" name="MSIP_Label_faaf04b3-17ee-45cc-bee7-5aaedfc712ea_Tag">
    <vt:lpwstr>10, 3, 0, 1</vt:lpwstr>
  </property>
</Properties>
</file>